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№444 от 31.10.2025г.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№376 от 17.10.2024г.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№402 от 19.10.2023г.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№556 от 26.10.2021г.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604 от 16.11.2021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523 от 11.10.2021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18.11.2021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428 от 28.10.2020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562 от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517 от 18.10.2018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330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30.10.2017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