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№465 от 30.10.2025г.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№379 от 22.10.2024г.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№406 от 23.10.2023г.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№559 от 27.10.2022г.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550 от 27.10.2021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443 от 23.10.2020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№639 от 11.11.2019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177 от 22.04.2019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177 от 02.04.2019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