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57 от 24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34 от 11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0 от 07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2 от 15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