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№445 от 17.10.2025г.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№360 от 07.10.2024г.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384 от 06.10.2023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№530 от 07.10.2022г.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602 от 16.11.2021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№524 от 14.10.2021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 от 24.01.2020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334 от 21.06.2019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293 от 22.06.2018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83 от 29.06.2017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180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111 от 29.06.2016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77 от 30.06.2015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87 от 26.06.2014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88 от 13.06.2013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98 от 14.06.2012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