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№413 от 24.09.2025г.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№347 от 23.09.2024г.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№371 от 26.09.2023г.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519 от 28.09.2022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479 от 29.09.2021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391 от 24.09.2020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519 от 19.09.2019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472 от 20.09.2018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