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tblLook w:firstColumn="1" w:firstRow="1" w:lastColumn="0" w:lastRow="0" w:noHBand="0" w:noVBand="1" w:val="04A0"/>
      </w:tblPr>
      <w:tblGrid>
        <w:gridCol w:w="1728"/>
        <w:gridCol w:w="1728"/>
        <w:gridCol w:w="1728"/>
        <w:gridCol w:w="1728"/>
        <w:gridCol w:w="1728"/>
      </w:tblGrid>
      <w:tr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Заголовок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Дата решения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Месяц, год проверки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Перечень мер дисциплинарного воздействия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Результат проверки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№408 от 19.09.2025г.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19.09.2025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09.2025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№342 от 19.09.2024г.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19.09.2024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09.2024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№366 от 21.09.2023г.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21.09.2023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09.2023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 514 от 23.09.2022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23.09.2022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09.2022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 473 от 24.09.2021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24.09.2021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09.2021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 387 от 16.09.2020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16.09.2020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09.2020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 511 от 30.09.2019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30.09.2019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09.2019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 474 от 13.09.2018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13.09.2018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09.2018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Предупреждение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Нарушения имеются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внеплановой проверки № 458 от 31.08.2018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31.08.2018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08.2018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внеплановой проверки № 332 от 19.06.2018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19.06.2018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06.2018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Предписание: устранить нарушение в срок до 31.08.2018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Нарушения имеются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 171 от 19.09.2017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19.09.2017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09.2017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</w:tbl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