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№406 от 18.09.2025г.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№340 от 18.09.2024г.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№364от 20.09.2023г.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512 от 22.09.2022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514 от 27.09.2021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707 от 26.12.2019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№674 от 06.11.2019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646 от 10.01.2019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