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№390 от 08.09.2025г.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№491 от 08.09.2022г.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508 от 23.09.2019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366 от 03.07.2019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04.07.2019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№299 от 05.06.2019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08.08.2019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185 от 02.04.2019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06.06.2019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