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№365 от 28.08.2025г.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№458 от 15.08.2022г.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424 от 28.08.2019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406 от 21.08.2018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160 от 16.03.2018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 xml:space="preserve">Акт внеплановой проверки № 329 от 15.12.2017 г. 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16.03.2018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149 от 04.09.2017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04.09.2017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