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№362 от 26.08.2025г.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№454 от 11.08.2022г.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453 от 22.08.2019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424 от 03.09.2018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