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№359 от 25.08.2025г.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№451 от 30.08.2022г.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434 от 08.08.2019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399 от 15.08.2018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