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№358 от 22.08.2025г.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№453 от 11.08.2022г.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462 от 30.08.2019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436 от 10.09.2018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346 от 19.06.2018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