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type="auto" w:w="0"/>
        <w:tblLook w:firstColumn="1" w:firstRow="1" w:lastColumn="0" w:lastRow="0" w:noHBand="0" w:noVBand="1" w:val="04A0"/>
      </w:tblPr>
      <w:tblGrid>
        <w:gridCol w:w="1728"/>
        <w:gridCol w:w="1728"/>
        <w:gridCol w:w="1728"/>
        <w:gridCol w:w="1728"/>
        <w:gridCol w:w="1728"/>
      </w:tblGrid>
      <w:tr>
        <w:tc>
          <w:tcPr>
            <w:tcW w:type="dxa" w:w="1728"/>
          </w:tcPr>
          <w:p>
            <w:r>
              <w:rPr>
                <w:rFonts w:ascii="Times New Roman" w:hAnsi="Times New Roman"/>
                <w:b/>
                <w:sz w:val="24"/>
              </w:rPr>
              <w:t>Заголовок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/>
                <w:sz w:val="24"/>
              </w:rPr>
              <w:t>Дата решения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/>
                <w:sz w:val="24"/>
              </w:rPr>
              <w:t>Месяц, год проверки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/>
                <w:sz w:val="24"/>
              </w:rPr>
              <w:t>Перечень мер дисциплинарного воздействия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/>
                <w:sz w:val="24"/>
              </w:rPr>
              <w:t>Результат проверки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плановой проверки №351 от 19.08.2025г.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19.08.2025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08.2025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Отсутствуют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Нарушений не имеется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плановой проверки №298 от 23.08.2024г.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23.08.2024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08.2024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Отсутствуют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Нарушений не имеется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плановой проверки №327 от 22.08.2023г.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22.08.2023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08.2023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Отсутствуют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Нарушений не имеется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плановой проверки №473 от  25.08.2022г.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25.08.2022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08.2022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Отсутствуют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Нарушений не имеется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внеплановой проверки № 511 от 27.09.2021 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27.09.2021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09.2021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Отсутствуют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Нарушений не имеется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плановой проверки № 331 от 19.06.2019 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19.06.2019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06.2019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Отсутствуют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Нарушений не имеется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плановой проверки № 289 от 27.06.2018 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27.06.2018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06.2018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Отсутствуют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Нарушений не имеется</w:t>
            </w:r>
          </w:p>
        </w:tc>
      </w:tr>
    </w:tbl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