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№346 от 14.08.2025г.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463 от 18.08.2022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