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№345 от 14.08.2025г.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291 от 20.08.2024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№325 от 18.08.2023г.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№475 от 26.08.2022г.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516 от 27.09.2021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443 от 15.08.2019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411 от 23.08.2018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