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№289 от 30.06.2025г.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№393 от 25.11.2024г.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до 31.01.2025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№436 от 24.11.2023г.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№574 от 19.12.2022г.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