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№232 от 28.05.2025г.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№247 от 17.05.2022г.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154 от 30.03.2021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367 от 28.08.2020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263 от 21.05.2019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665 от 19.12.2018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558 от 19.10.2018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386 от 20.07.2018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226 от 16.05.2018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66 от 24.05.2017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99 от 21.05.2016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213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 от 21.05.2015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 от 20.05.2014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 от 06.05.2013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72 от 07.05.2012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