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№259 от 15.07.2024г.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№290 от 17.07.2023г.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№389 от 14.07.2022г.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355 от 21.07.2021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277 от 20.07.2020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