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5 от 27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51 от 29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