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165 от 20.05.2024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240 от 19.05.2021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№205 от 28.05.2020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