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№189 от 08.05.2024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 от 15.02.2024г.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№444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№61 от 16.02.2023г.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№613 от 08.11.2022г.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№71 от 15.02.2022г.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