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№76 от 07.03.2024г.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106 от 05.03.2021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113 от 20.03.2020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