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410 от 10.10.2023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10.10.2023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Прекращение Дисциплинарного производства в связи с добровольным выходом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