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№201 от 29.05.2023г.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29.05.2023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№269 от 25.05.2022г.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251 от 26.05.2021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26.05.2021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