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№222 от 26.05.2023г.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№211 от 12.05.2023г.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01.06.2023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145 от 20.04.2023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01.06.2023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