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 от 27.01.2023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 от 13.01.2023г.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№565 от 12.10.2022г.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№276 от 30.05.2022г.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