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№386 от 04.07.2022г.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№316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06.07.2022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№212 от 12.04.2022г.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06.07.2022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 от 26.01.2022г.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138 от 16.03.2021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78 от 05.02.2021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363 от 21.06.2019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226 от 12.04.2019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21.06.2019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 от 29.01.2019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618 от 23.11.2018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496 от 11.09.2018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