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№209 от 12.04.2022г.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 от 01.02.20022г.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625 от 30.11.2021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461 от 15.09.2021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№380 от 07.09.2020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455 от 23.08.2019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426 от 21.09.2018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83 от 09.02.2018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