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558 от 12.10.2021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492 от 14.09.2021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343 от 07.07.2021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330 от 29.06.2021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272 от 25.05.2021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01.07.2021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196 от 19.04.2021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27.05.2021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315 от 17.07.2020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17.07.2020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226 от 20.05.2020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177 от 15.04.2020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120 от 10.03.2020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№680 от 04.12.2019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11.03.2020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528 от 06.09.2019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361 от 21.06.2019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06.09.2019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150 от 01.04.2019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21.06.2019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206 от 06.04.2018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139 от 03.04.2017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 от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02.04.2018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249 от 31.10.2017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 от 04.04.2017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177 от 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 от 04.04.2016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30.08.2016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 от 03.04.2015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 от 01.04.2014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 от 18.03.2013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 от 19.03.2012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