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504 от 27.09.2021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588 от 31.10.2019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530 от 29.10.2018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211 от 02.11.2017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