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494 от 20.09.2021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09.12.2021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357от 22.07.2021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278 от 20.07.2020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725 от 25.12.2019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621 от 30.10.2019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26.12.2019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405 от 31.07.2019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 от 06.02.2019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07.02.2019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620 от 04.12.2018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07.02.2019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498 от 03.10.2018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05.12.2018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373 от 02.08.2018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345 от 19.06.2018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207 от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34 от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06.04.2018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255 от 27.10.2017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19.01.2018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115 от 08.08.2017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27.10.2017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148 от 04.08.2016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219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102 от 04.08.2015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113 от 30.07.2014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115 от 31.07.2013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122 от 18.07.2012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