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321 от 18.06.2021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18.06.2021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Рекомендация Правлению об исключении из состава А "СО "СЧ"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215 от 20.04.2021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20.04.2021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24.06.2021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84 от 10.02.2021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10.02.2021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22.04.2021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