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287 от 11.06.2021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234 от 09.05.2020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