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253 от 27.05.2021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№220 от 04.06.2020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251 от 12.06.2019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251 от 11.06.2018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