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259 от 11.05.2021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11.05.2021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Добровольный выход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95 от 24.02.2021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13.05.2021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215 от 06.05.2019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06.05.2019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196 от 03.05.2018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03.05.2018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