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133 от 03.03.2021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74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04.03.2021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25.02.2019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 от 23.01.2019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608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465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340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