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98 от 24.02.2021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13.05.2021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№400 от 09.09.2020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10.09.2020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272 от 25.06.2020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149 от 21.05.2020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