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269 от 25.06.2020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181 от 22.04.2020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25.06.2020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80 от 26.02.2020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23.04.2020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46 от 29.01.2020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27.02.2020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712 от 18.12.2019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19.12.2019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№677 от 20.11.2019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