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224 от 13.05.2020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89 от 04.03.2020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14.05.2020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692 от 21.01.2020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05.03.2020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548 от 24.09.2019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104 от 01.03.2019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635 от 17.12.2018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01.03.2019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