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106 от 30.04.2020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188 от 15.04.2019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541 от 09.10.2018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