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185 от 28.04.2020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10.04.2020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131 от 25.03.2020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 от 22.01.2020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№667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 от 06.02.2019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07.02.2019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616 от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490 от 07.09.2018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350 от 29.06.2018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10.04.2018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209 от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246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 от 11.04.2017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176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 от 08.04.2016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84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