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rFonts w:ascii="Times New Roman" w:hAnsi="Times New Roman"/>
                <w:b/>
                <w:sz w:val="24"/>
              </w:rPr>
              <w:t>Заголовок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/>
                <w:sz w:val="24"/>
              </w:rPr>
              <w:t>Дата решения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/>
                <w:sz w:val="24"/>
              </w:rPr>
              <w:t>Месяц, год проверки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/>
                <w:sz w:val="24"/>
              </w:rPr>
              <w:t>Перечень мер дисциплинарного воздействия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/>
                <w:sz w:val="24"/>
              </w:rPr>
              <w:t>Результат проверки</w:t>
            </w:r>
          </w:p>
        </w:tc>
      </w:tr>
      <w:tr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Акт плановой проверки № 111 от 17.03.2020 г.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17.03.2020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03.2020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Отсутствуют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Нарушений не имеется</w:t>
            </w:r>
          </w:p>
        </w:tc>
      </w:tr>
      <w:tr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Акт плановой проверки № 487 от 21.08.2019 г.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21.08.2019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08.2019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Отсутствуют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Нарушений не имеется</w:t>
            </w:r>
          </w:p>
        </w:tc>
      </w:tr>
      <w:tr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Акт плановой проверки № 109 от 18.03.2019 г.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18.03.2019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03.2019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Предупреждение</w:t>
            </w:r>
          </w:p>
        </w:tc>
        <w:tc>
          <w:tcPr>
            <w:tcW w:type="dxa" w:w="1728"/>
          </w:tcPr>
          <w:p>
            <w:r>
              <w:rPr>
                <w:rFonts w:ascii="Times New Roman" w:hAnsi="Times New Roman"/>
                <w:b w:val="0"/>
                <w:sz w:val="24"/>
              </w:rPr>
              <w:t>Нарушения имеются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