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108 от 06.03.2020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108 от 18.03.2019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123 от 15.03.2018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