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432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365 от 03.07.2019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04.07.2019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281 от 15.05.2019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171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№102 от 22.02.2019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396 от 14.08.2018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