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557 от 21.10.2019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16.01.2020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