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602 от 09.10.2019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Исключен из состава членов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541 от 24.09.2019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467 от 07.08.2019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10.10.2019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379 от 23.07.2019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10.10.2019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№291 от 05.06.2019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08.08.2019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173 от 02.04.2019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06.06.2019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