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35 от 25.09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79 от 25.0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71 от 26.0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