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518 от 18.09.2019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471 от 10.09.2018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11.09.2017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186 от 20.09.2016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18.09.2015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15.09.2014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16.09.2013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03.09.2012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