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499 от 30.08.2019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Исключен из состава членов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305 от 18.06.2019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30.08.2019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