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427 от 02.09.2019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413 от 27.08.2018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